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204B4A" w:rsidRDefault="00AC4C02" w14:paraId="50192B27" w14:textId="6EA8A853">
      <w:pPr>
        <w:spacing w:after="0"/>
        <w:jc w:val="center"/>
      </w:pPr>
      <w:r>
        <w:rPr>
          <w:rFonts w:ascii="Aptos" w:hAnsi="Aptos"/>
          <w:b/>
          <w:noProof/>
          <w:color w:val="17365D"/>
          <w:sz w:val="38"/>
        </w:rPr>
        <w:drawing>
          <wp:inline distT="0" distB="0" distL="0" distR="0" wp14:anchorId="574E6BEA" wp14:editId="71B1D6F0">
            <wp:extent cx="6583680" cy="1645920"/>
            <wp:effectExtent l="0" t="0" r="7620" b="0"/>
            <wp:docPr id="227670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70234" name="Picture 2276702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8DE">
        <w:rPr>
          <w:rFonts w:ascii="Aptos" w:hAnsi="Aptos"/>
          <w:b/>
          <w:color w:val="17365D"/>
          <w:sz w:val="38"/>
        </w:rPr>
        <w:t>ITE Annual Meeting</w:t>
      </w:r>
    </w:p>
    <w:p w:rsidR="00204B4A" w:rsidRDefault="00DB78DE" w14:paraId="709966E2" w14:textId="283E7296">
      <w:pPr>
        <w:spacing w:after="120"/>
        <w:jc w:val="center"/>
      </w:pPr>
      <w:r w:rsidRPr="40CBC5C9" w:rsidR="40CBC5C9">
        <w:rPr>
          <w:rFonts w:ascii="Aptos" w:hAnsi="Aptos"/>
          <w:b w:val="1"/>
          <w:bCs w:val="1"/>
          <w:color w:val="000000" w:themeColor="text1" w:themeTint="FF" w:themeShade="FF"/>
          <w:sz w:val="27"/>
          <w:szCs w:val="27"/>
        </w:rPr>
        <w:t>Full Conference Session Submission Form</w:t>
      </w:r>
    </w:p>
    <w:p w:rsidR="00204B4A" w:rsidRDefault="00DB78DE" w14:paraId="480CE5A3" w14:textId="77777777">
      <w:pPr>
        <w:spacing w:before="100" w:after="40"/>
      </w:pPr>
      <w:r>
        <w:rPr>
          <w:rFonts w:ascii="Aptos" w:hAnsi="Aptos"/>
          <w:b/>
          <w:color w:val="17365D"/>
          <w:sz w:val="26"/>
        </w:rPr>
        <w:t>1. Session Title (15 words)</w:t>
      </w:r>
    </w:p>
    <w:p w:rsidR="00204B4A" w:rsidRDefault="00DB78DE" w14:paraId="31D269AB" w14:textId="77777777">
      <w:pPr>
        <w:spacing w:after="60"/>
      </w:pPr>
      <w:r>
        <w:rPr>
          <w:rFonts w:ascii="Aptos" w:hAnsi="Aptos"/>
          <w:color w:val="000000"/>
          <w:sz w:val="18"/>
        </w:rPr>
        <w:t>A concise, engaging title that clearly communicates the topic.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8"/>
        <w:gridCol w:w="8136"/>
      </w:tblGrid>
      <w:tr w:rsidR="00204B4A" w14:paraId="5B974D39" w14:textId="77777777">
        <w:trPr>
          <w:trHeight w:val="648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702C9B96" w14:textId="77777777">
            <w:r>
              <w:rPr>
                <w:rFonts w:ascii="Aptos" w:hAnsi="Aptos"/>
                <w:b/>
                <w:color w:val="000000"/>
                <w:sz w:val="18"/>
              </w:rPr>
              <w:t>Session Title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7A59BADB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SessionTitle"/>
                <w:tag w:val="SessionTitle"/>
                <w:id w:val="1456223831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the session title.</w:t>
                </w:r>
              </w:sdtContent>
            </w:sdt>
          </w:p>
          <w:p w:rsidR="00204B4A" w:rsidRDefault="00204B4A" w14:paraId="5F625D04" w14:textId="77777777">
            <w:pPr>
              <w:spacing w:after="0"/>
            </w:pPr>
          </w:p>
        </w:tc>
      </w:tr>
    </w:tbl>
    <w:p w:rsidR="00AC4C02" w:rsidRDefault="00AC4C02" w14:paraId="666DBBBB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204B4A" w:rsidRDefault="00DB78DE" w14:paraId="567A7DB0" w14:textId="23FAC53F">
      <w:pPr>
        <w:spacing w:before="100" w:after="40"/>
      </w:pPr>
      <w:r>
        <w:rPr>
          <w:rFonts w:ascii="Aptos" w:hAnsi="Aptos"/>
          <w:b/>
          <w:color w:val="17365D"/>
          <w:sz w:val="26"/>
        </w:rPr>
        <w:t>2. Session Description (100-150 words)</w:t>
      </w:r>
    </w:p>
    <w:p w:rsidR="00204B4A" w:rsidRDefault="00DB78DE" w14:paraId="3434BE0D" w14:textId="77777777">
      <w:pPr>
        <w:spacing w:after="60"/>
      </w:pPr>
      <w:r>
        <w:rPr>
          <w:rFonts w:ascii="Aptos" w:hAnsi="Aptos"/>
          <w:color w:val="000000"/>
          <w:sz w:val="18"/>
        </w:rPr>
        <w:t>A brief description of the issue or topic, why it is timely or important, what the session will cover, and what attendees should expect.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204B4A" w14:paraId="28E6EB4C" w14:textId="77777777">
        <w:trPr>
          <w:trHeight w:val="1944"/>
          <w:jc w:val="center"/>
        </w:trPr>
        <w:tc>
          <w:tcPr>
            <w:tcW w:w="10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204B4A" w:rsidRDefault="00DB78DE" w14:paraId="666BCEE3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SessionDescription"/>
                <w:tag w:val="SessionDescription"/>
                <w:id w:val="-178586220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the 100-150 word session description.</w:t>
                </w:r>
              </w:sdtContent>
            </w:sdt>
          </w:p>
          <w:p w:rsidR="00204B4A" w:rsidRDefault="00204B4A" w14:paraId="50ECD652" w14:textId="77777777">
            <w:pPr>
              <w:spacing w:after="0"/>
            </w:pPr>
          </w:p>
        </w:tc>
      </w:tr>
    </w:tbl>
    <w:p w:rsidR="00AC4C02" w:rsidRDefault="00AC4C02" w14:paraId="6039C9AC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204B4A" w:rsidRDefault="00DB78DE" w14:paraId="3DDD7E7A" w14:textId="54E7EB46">
      <w:pPr>
        <w:spacing w:before="100" w:after="40"/>
      </w:pPr>
      <w:r>
        <w:rPr>
          <w:rFonts w:ascii="Aptos" w:hAnsi="Aptos"/>
          <w:b/>
          <w:color w:val="17365D"/>
          <w:sz w:val="26"/>
        </w:rPr>
        <w:t>3. Learning Objectives (3 objectives, 20-30 words each)</w:t>
      </w:r>
    </w:p>
    <w:p w:rsidR="00204B4A" w:rsidRDefault="00DB78DE" w14:paraId="7549ED2D" w14:textId="77777777">
      <w:pPr>
        <w:spacing w:after="60"/>
      </w:pPr>
      <w:r>
        <w:rPr>
          <w:rFonts w:ascii="Aptos" w:hAnsi="Aptos"/>
          <w:color w:val="000000"/>
          <w:sz w:val="18"/>
        </w:rPr>
        <w:t>Three specific learning objectives describing what participants will be able to understand, identify, evaluate, apply, or explain after attending the session.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9648"/>
      </w:tblGrid>
      <w:tr w:rsidR="00204B4A" w14:paraId="00C5A9DC" w14:textId="77777777">
        <w:trPr>
          <w:trHeight w:val="489"/>
          <w:jc w:val="center"/>
        </w:trPr>
        <w:tc>
          <w:tcPr>
            <w:tcW w:w="129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301CD5E7" w14:textId="77777777">
            <w:r>
              <w:rPr>
                <w:rFonts w:ascii="Aptos" w:hAnsi="Aptos"/>
                <w:b/>
                <w:color w:val="000000"/>
                <w:sz w:val="18"/>
              </w:rPr>
              <w:t>Objective</w:t>
            </w:r>
          </w:p>
        </w:tc>
        <w:tc>
          <w:tcPr>
            <w:tcW w:w="9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5D46D0D0" w14:textId="77777777">
            <w:r>
              <w:rPr>
                <w:rFonts w:ascii="Aptos" w:hAnsi="Aptos"/>
                <w:b/>
                <w:color w:val="000000"/>
                <w:sz w:val="18"/>
              </w:rPr>
              <w:t>Response (20-30 words)</w:t>
            </w:r>
          </w:p>
        </w:tc>
      </w:tr>
      <w:tr w:rsidR="00204B4A" w14:paraId="5C5D30BC" w14:textId="77777777">
        <w:trPr>
          <w:trHeight w:val="792"/>
          <w:jc w:val="center"/>
        </w:trPr>
        <w:tc>
          <w:tcPr>
            <w:tcW w:w="129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3A121EC9" w14:textId="77777777">
            <w:r>
              <w:rPr>
                <w:rFonts w:ascii="Aptos" w:hAnsi="Aptos"/>
                <w:b/>
                <w:color w:val="000000"/>
                <w:sz w:val="18"/>
              </w:rPr>
              <w:t>1</w:t>
            </w:r>
          </w:p>
        </w:tc>
        <w:tc>
          <w:tcPr>
            <w:tcW w:w="9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6433D1E5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LearningObjective1"/>
                <w:tag w:val="LearningObjective1"/>
                <w:id w:val="-2068018506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the learning objective.</w:t>
                </w:r>
              </w:sdtContent>
            </w:sdt>
          </w:p>
          <w:p w:rsidR="00204B4A" w:rsidRDefault="00204B4A" w14:paraId="3308316F" w14:textId="77777777">
            <w:pPr>
              <w:spacing w:after="0"/>
            </w:pPr>
          </w:p>
        </w:tc>
      </w:tr>
      <w:tr w:rsidR="00204B4A" w14:paraId="4A5D8D91" w14:textId="77777777">
        <w:trPr>
          <w:trHeight w:val="792"/>
          <w:jc w:val="center"/>
        </w:trPr>
        <w:tc>
          <w:tcPr>
            <w:tcW w:w="129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7E238C16" w14:textId="77777777">
            <w:r>
              <w:rPr>
                <w:rFonts w:ascii="Aptos" w:hAnsi="Aptos"/>
                <w:b/>
                <w:color w:val="000000"/>
                <w:sz w:val="18"/>
              </w:rPr>
              <w:t>2</w:t>
            </w:r>
          </w:p>
        </w:tc>
        <w:tc>
          <w:tcPr>
            <w:tcW w:w="9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34C2287F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LearningObjective2"/>
                <w:tag w:val="LearningObjective2"/>
                <w:id w:val="-1197994181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the learning objective.</w:t>
                </w:r>
              </w:sdtContent>
            </w:sdt>
          </w:p>
          <w:p w:rsidR="00204B4A" w:rsidRDefault="00204B4A" w14:paraId="17985765" w14:textId="77777777">
            <w:pPr>
              <w:spacing w:after="0"/>
            </w:pPr>
          </w:p>
        </w:tc>
      </w:tr>
      <w:tr w:rsidR="00204B4A" w14:paraId="0224EFA9" w14:textId="77777777">
        <w:trPr>
          <w:trHeight w:val="792"/>
          <w:jc w:val="center"/>
        </w:trPr>
        <w:tc>
          <w:tcPr>
            <w:tcW w:w="129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020CBF48" w14:textId="77777777">
            <w:r>
              <w:rPr>
                <w:rFonts w:ascii="Aptos" w:hAnsi="Aptos"/>
                <w:b/>
                <w:color w:val="000000"/>
                <w:sz w:val="18"/>
              </w:rPr>
              <w:t>3</w:t>
            </w:r>
          </w:p>
        </w:tc>
        <w:tc>
          <w:tcPr>
            <w:tcW w:w="964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3E12EB33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LearningObjective3"/>
                <w:tag w:val="LearningObjective3"/>
                <w:id w:val="-1527242124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the learning objective.</w:t>
                </w:r>
              </w:sdtContent>
            </w:sdt>
          </w:p>
          <w:p w:rsidR="00204B4A" w:rsidRDefault="00204B4A" w14:paraId="76D5C64A" w14:textId="77777777">
            <w:pPr>
              <w:spacing w:after="0"/>
            </w:pPr>
          </w:p>
        </w:tc>
      </w:tr>
    </w:tbl>
    <w:p w:rsidR="00AC4C02" w:rsidRDefault="00AC4C02" w14:paraId="1128AD32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AC4C02" w:rsidRDefault="00AC4C02" w14:paraId="06AEAD21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AC4C02" w:rsidRDefault="00AC4C02" w14:paraId="588DD9C3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204B4A" w:rsidRDefault="00DB78DE" w14:paraId="5E0AD3BA" w14:textId="7634898D">
      <w:pPr>
        <w:spacing w:before="100" w:after="40"/>
      </w:pPr>
      <w:r>
        <w:rPr>
          <w:rFonts w:ascii="Aptos" w:hAnsi="Aptos"/>
          <w:b/>
          <w:color w:val="17365D"/>
          <w:sz w:val="26"/>
        </w:rPr>
        <w:t>4. Session Format / Approach (100 words)</w:t>
      </w:r>
    </w:p>
    <w:p w:rsidR="00204B4A" w:rsidRDefault="00DB78DE" w14:paraId="60695C4A" w14:textId="77777777">
      <w:pPr>
        <w:spacing w:after="60"/>
      </w:pPr>
      <w:r>
        <w:rPr>
          <w:rFonts w:ascii="Aptos" w:hAnsi="Aptos"/>
          <w:color w:val="000000"/>
          <w:sz w:val="18"/>
        </w:rPr>
        <w:t>A short description of how the session will be conducted. For example:</w:t>
      </w:r>
    </w:p>
    <w:p w:rsidR="00204B4A" w:rsidRDefault="00DB78DE" w14:paraId="45066BEF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Panel discussion</w:t>
      </w:r>
    </w:p>
    <w:p w:rsidR="00204B4A" w:rsidRDefault="00DB78DE" w14:paraId="22677CA1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Facilitated technical conversation</w:t>
      </w:r>
    </w:p>
    <w:p w:rsidR="00204B4A" w:rsidRDefault="00DB78DE" w14:paraId="7724E6EE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Debate or contrasting perspectives</w:t>
      </w:r>
    </w:p>
    <w:p w:rsidR="00204B4A" w:rsidRDefault="00DB78DE" w14:paraId="5DBC2C60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Case-study-based discussion</w:t>
      </w:r>
    </w:p>
    <w:p w:rsidR="00204B4A" w:rsidRDefault="00DB78DE" w14:paraId="16FF38B8" w14:textId="77777777">
      <w:pPr>
        <w:spacing w:after="40"/>
      </w:pPr>
      <w:r>
        <w:rPr>
          <w:rFonts w:ascii="Aptos" w:hAnsi="Aptos"/>
          <w:color w:val="000000"/>
          <w:sz w:val="18"/>
        </w:rPr>
        <w:t>How the session will actively engage participants beyond traditional Q&amp;A. Examples might include:</w:t>
      </w:r>
    </w:p>
    <w:p w:rsidR="00204B4A" w:rsidRDefault="00DB78DE" w14:paraId="582F9627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Polling</w:t>
      </w:r>
    </w:p>
    <w:p w:rsidR="00204B4A" w:rsidRDefault="00DB78DE" w14:paraId="34A02F8F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facilitated discussion</w:t>
      </w:r>
    </w:p>
    <w:p w:rsidR="00204B4A" w:rsidRDefault="00DB78DE" w14:paraId="004D4F2E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audience exercises</w:t>
      </w:r>
    </w:p>
    <w:p w:rsidR="00204B4A" w:rsidRDefault="00DB78DE" w14:paraId="30E33D1A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case-study questions</w:t>
      </w:r>
    </w:p>
    <w:p w:rsidR="00204B4A" w:rsidRDefault="00DB78DE" w14:paraId="18ABDA6D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debate</w:t>
      </w:r>
    </w:p>
    <w:p w:rsidR="00204B4A" w:rsidRDefault="00DB78DE" w14:paraId="13E75082" w14:textId="77777777">
      <w:pPr>
        <w:spacing w:after="0"/>
        <w:ind w:left="230"/>
      </w:pPr>
      <w:r>
        <w:rPr>
          <w:rFonts w:ascii="Aptos" w:hAnsi="Aptos"/>
          <w:color w:val="000000"/>
          <w:sz w:val="18"/>
        </w:rPr>
        <w:t>• interactive demonstrations.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204B4A" w14:paraId="23C2D4F7" w14:textId="77777777">
        <w:trPr>
          <w:trHeight w:val="1612"/>
          <w:jc w:val="center"/>
        </w:trPr>
        <w:tc>
          <w:tcPr>
            <w:tcW w:w="10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:rsidR="00204B4A" w:rsidRDefault="00DB78DE" w14:paraId="2C083497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SessionApproach"/>
                <w:tag w:val="SessionApproach"/>
                <w:id w:val="114332187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the 100-word session format / approach.</w:t>
                </w:r>
              </w:sdtContent>
            </w:sdt>
          </w:p>
          <w:p w:rsidR="00204B4A" w:rsidRDefault="00204B4A" w14:paraId="51D64285" w14:textId="77777777">
            <w:pPr>
              <w:spacing w:after="0"/>
            </w:pPr>
          </w:p>
        </w:tc>
      </w:tr>
    </w:tbl>
    <w:p w:rsidR="00AC4C02" w:rsidP="00AC4C02" w:rsidRDefault="00AC4C02" w14:paraId="47C8AF92" w14:textId="77777777">
      <w:pPr>
        <w:rPr>
          <w:rFonts w:ascii="Aptos" w:hAnsi="Aptos"/>
          <w:b/>
          <w:color w:val="17365D"/>
          <w:sz w:val="26"/>
        </w:rPr>
      </w:pPr>
    </w:p>
    <w:p w:rsidR="00204B4A" w:rsidP="00AC4C02" w:rsidRDefault="00DB78DE" w14:paraId="75F858D5" w14:textId="47529FC9">
      <w:r>
        <w:rPr>
          <w:rFonts w:ascii="Aptos" w:hAnsi="Aptos"/>
          <w:b/>
          <w:color w:val="17365D"/>
          <w:sz w:val="26"/>
        </w:rPr>
        <w:t>5. Moderator</w:t>
      </w:r>
    </w:p>
    <w:p w:rsidR="00204B4A" w:rsidRDefault="00DB78DE" w14:paraId="5374E946" w14:textId="77777777">
      <w:pPr>
        <w:spacing w:after="60"/>
      </w:pPr>
      <w:r>
        <w:rPr>
          <w:rFonts w:ascii="Aptos" w:hAnsi="Aptos"/>
          <w:color w:val="000000"/>
          <w:sz w:val="18"/>
        </w:rPr>
        <w:t>Name, title, organization, email, and brief indication of the person's role in facilitating the session.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8"/>
        <w:gridCol w:w="8136"/>
      </w:tblGrid>
      <w:tr w:rsidR="00204B4A" w14:paraId="7A7F4E96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4726130C" w14:textId="77777777">
            <w:r>
              <w:rPr>
                <w:rFonts w:ascii="Aptos" w:hAnsi="Aptos"/>
                <w:b/>
                <w:color w:val="000000"/>
                <w:sz w:val="18"/>
              </w:rPr>
              <w:t>Name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1AB58D6D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1"/>
                <w:tag w:val="Moderator_1"/>
                <w:id w:val="2093806104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name.</w:t>
                </w:r>
              </w:sdtContent>
            </w:sdt>
          </w:p>
          <w:p w:rsidR="00204B4A" w:rsidRDefault="00204B4A" w14:paraId="41FF4ED0" w14:textId="77777777">
            <w:pPr>
              <w:spacing w:after="0"/>
            </w:pPr>
          </w:p>
        </w:tc>
      </w:tr>
      <w:tr w:rsidR="00204B4A" w14:paraId="294AF815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00F6C635" w14:textId="77777777">
            <w:r>
              <w:rPr>
                <w:rFonts w:ascii="Aptos" w:hAnsi="Aptos"/>
                <w:b/>
                <w:color w:val="000000"/>
                <w:sz w:val="18"/>
              </w:rPr>
              <w:t>Title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161EA085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2"/>
                <w:tag w:val="Moderator_2"/>
                <w:id w:val="-35970862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title.</w:t>
                </w:r>
              </w:sdtContent>
            </w:sdt>
          </w:p>
          <w:p w:rsidR="00204B4A" w:rsidRDefault="00204B4A" w14:paraId="3000C9D0" w14:textId="77777777">
            <w:pPr>
              <w:spacing w:after="0"/>
            </w:pPr>
          </w:p>
        </w:tc>
      </w:tr>
      <w:tr w:rsidR="00204B4A" w14:paraId="5B8AFC01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3C1C12B6" w14:textId="77777777">
            <w:r>
              <w:rPr>
                <w:rFonts w:ascii="Aptos" w:hAnsi="Aptos"/>
                <w:b/>
                <w:color w:val="000000"/>
                <w:sz w:val="18"/>
              </w:rPr>
              <w:t>Organization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1C06A07B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3"/>
                <w:tag w:val="Moderator_3"/>
                <w:id w:val="1826706031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organization.</w:t>
                </w:r>
              </w:sdtContent>
            </w:sdt>
          </w:p>
          <w:p w:rsidR="00204B4A" w:rsidRDefault="00204B4A" w14:paraId="45474E13" w14:textId="77777777">
            <w:pPr>
              <w:spacing w:after="0"/>
            </w:pPr>
          </w:p>
        </w:tc>
      </w:tr>
      <w:tr w:rsidR="00204B4A" w14:paraId="2D4EBEF5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7DF288AD" w14:textId="77777777">
            <w:r>
              <w:rPr>
                <w:rFonts w:ascii="Aptos" w:hAnsi="Aptos"/>
                <w:b/>
                <w:color w:val="000000"/>
                <w:sz w:val="18"/>
              </w:rPr>
              <w:t>Email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5C725EA4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4"/>
                <w:tag w:val="Moderator_4"/>
                <w:id w:val="-922569287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email.</w:t>
                </w:r>
              </w:sdtContent>
            </w:sdt>
          </w:p>
          <w:p w:rsidR="00204B4A" w:rsidRDefault="00204B4A" w14:paraId="2AA594EB" w14:textId="77777777">
            <w:pPr>
              <w:spacing w:after="0"/>
            </w:pPr>
          </w:p>
        </w:tc>
      </w:tr>
      <w:tr w:rsidR="00204B4A" w14:paraId="769F3D30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410090B3" w14:textId="77777777">
            <w:r>
              <w:rPr>
                <w:rFonts w:ascii="Aptos" w:hAnsi="Aptos"/>
                <w:b/>
                <w:color w:val="000000"/>
                <w:sz w:val="18"/>
              </w:rPr>
              <w:t>Role in facilitating the session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4DBBF8BF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Moderator_5"/>
                <w:tag w:val="Moderator_5"/>
                <w:id w:val="-690215318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role in facilitating the session.</w:t>
                </w:r>
              </w:sdtContent>
            </w:sdt>
          </w:p>
          <w:p w:rsidR="00204B4A" w:rsidRDefault="00204B4A" w14:paraId="3F42896F" w14:textId="77777777">
            <w:pPr>
              <w:spacing w:after="0"/>
            </w:pPr>
          </w:p>
        </w:tc>
      </w:tr>
    </w:tbl>
    <w:p w:rsidR="00AC4C02" w:rsidRDefault="00AC4C02" w14:paraId="29654D11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AC4C02" w:rsidRDefault="00AC4C02" w14:paraId="71636537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AC4C02" w:rsidRDefault="00AC4C02" w14:paraId="5B2AC060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AC4C02" w:rsidRDefault="00AC4C02" w14:paraId="62CFEF74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AC4C02" w:rsidRDefault="00AC4C02" w14:paraId="5DE74ADC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AC4C02" w:rsidRDefault="00AC4C02" w14:paraId="7C579741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204B4A" w:rsidRDefault="00DB78DE" w14:paraId="55FB60C8" w14:textId="0D2FC2FA">
      <w:pPr>
        <w:spacing w:before="100" w:after="40"/>
      </w:pPr>
      <w:r>
        <w:rPr>
          <w:rFonts w:ascii="Aptos" w:hAnsi="Aptos"/>
          <w:b/>
          <w:color w:val="17365D"/>
          <w:sz w:val="26"/>
        </w:rPr>
        <w:t>6. Presenters / Panelists and Status</w:t>
      </w:r>
    </w:p>
    <w:p w:rsidR="00204B4A" w:rsidRDefault="00DB78DE" w14:paraId="27BCCCB9" w14:textId="77777777">
      <w:pPr>
        <w:spacing w:after="60"/>
      </w:pPr>
      <w:r>
        <w:rPr>
          <w:rFonts w:ascii="Aptos" w:hAnsi="Aptos"/>
          <w:color w:val="000000"/>
          <w:sz w:val="18"/>
        </w:rPr>
        <w:t>Name, title, organization, email, and their proposed presentation/topic or role in the discussion.</w:t>
      </w:r>
    </w:p>
    <w:p w:rsidR="00204B4A" w:rsidRDefault="00DB78DE" w14:paraId="1106968C" w14:textId="77777777">
      <w:pPr>
        <w:spacing w:after="60"/>
      </w:pPr>
      <w:r>
        <w:rPr>
          <w:rFonts w:ascii="Aptos" w:hAnsi="Aptos"/>
          <w:color w:val="000000"/>
          <w:sz w:val="18"/>
        </w:rPr>
        <w:t xml:space="preserve">For each presenter, indicate whether the individual is: </w:t>
      </w:r>
      <w:r>
        <w:rPr>
          <w:rFonts w:ascii="Aptos" w:hAnsi="Aptos"/>
          <w:b/>
          <w:color w:val="000000"/>
          <w:sz w:val="18"/>
        </w:rPr>
        <w:t>Confirmed, Invited/Pending, or Proposed/Not Yet Contacted.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8856"/>
      </w:tblGrid>
      <w:tr w:rsidR="00204B4A" w14:paraId="04799489" w14:textId="77777777">
        <w:trPr>
          <w:trHeight w:val="489"/>
          <w:jc w:val="center"/>
        </w:trPr>
        <w:tc>
          <w:tcPr>
            <w:tcW w:w="208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44CA3B52" w14:textId="77777777">
            <w:r>
              <w:rPr>
                <w:rFonts w:ascii="Aptos" w:hAnsi="Aptos"/>
                <w:b/>
                <w:color w:val="000000"/>
                <w:sz w:val="18"/>
              </w:rPr>
              <w:t>Presenter / Panelist</w:t>
            </w:r>
          </w:p>
        </w:tc>
        <w:tc>
          <w:tcPr>
            <w:tcW w:w="88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1D52970D" w14:textId="77777777">
            <w:r>
              <w:rPr>
                <w:rFonts w:ascii="Aptos" w:hAnsi="Aptos"/>
                <w:b/>
                <w:color w:val="000000"/>
                <w:sz w:val="18"/>
              </w:rPr>
              <w:t>Information</w:t>
            </w:r>
          </w:p>
        </w:tc>
      </w:tr>
      <w:tr w:rsidR="00204B4A" w14:paraId="607B5B89" w14:textId="77777777">
        <w:trPr>
          <w:trHeight w:val="1368"/>
          <w:jc w:val="center"/>
        </w:trPr>
        <w:tc>
          <w:tcPr>
            <w:tcW w:w="208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4743F1D5" w14:textId="77777777">
            <w:r>
              <w:rPr>
                <w:rFonts w:ascii="Aptos" w:hAnsi="Aptos"/>
                <w:b/>
                <w:color w:val="000000"/>
                <w:sz w:val="18"/>
              </w:rPr>
              <w:t>Person 1</w:t>
            </w:r>
          </w:p>
        </w:tc>
        <w:tc>
          <w:tcPr>
            <w:tcW w:w="88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14A15CB6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Presenter1"/>
                <w:tag w:val="Presenter1"/>
                <w:id w:val="57225145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to enter: Name | Title | Organization | Email | Proposed presentation/topic or role | Status</w:t>
                </w:r>
              </w:sdtContent>
            </w:sdt>
          </w:p>
          <w:p w:rsidR="00204B4A" w:rsidRDefault="00204B4A" w14:paraId="0D6E6DEA" w14:textId="77777777">
            <w:pPr>
              <w:spacing w:after="0"/>
            </w:pPr>
          </w:p>
        </w:tc>
      </w:tr>
      <w:tr w:rsidR="00204B4A" w14:paraId="68D58535" w14:textId="77777777">
        <w:trPr>
          <w:trHeight w:val="1368"/>
          <w:jc w:val="center"/>
        </w:trPr>
        <w:tc>
          <w:tcPr>
            <w:tcW w:w="208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77737314" w14:textId="77777777">
            <w:r>
              <w:rPr>
                <w:rFonts w:ascii="Aptos" w:hAnsi="Aptos"/>
                <w:b/>
                <w:color w:val="000000"/>
                <w:sz w:val="18"/>
              </w:rPr>
              <w:t>Person 2</w:t>
            </w:r>
          </w:p>
        </w:tc>
        <w:tc>
          <w:tcPr>
            <w:tcW w:w="88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2312BE14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Presenter2"/>
                <w:tag w:val="Presenter2"/>
                <w:id w:val="509330764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to enter: Name | Title | Organization | Email | Proposed presentation/topic or role | Status</w:t>
                </w:r>
              </w:sdtContent>
            </w:sdt>
          </w:p>
          <w:p w:rsidR="00204B4A" w:rsidRDefault="00204B4A" w14:paraId="2112C9D4" w14:textId="77777777">
            <w:pPr>
              <w:spacing w:after="0"/>
            </w:pPr>
          </w:p>
        </w:tc>
      </w:tr>
      <w:tr w:rsidR="00204B4A" w14:paraId="05941B93" w14:textId="77777777">
        <w:trPr>
          <w:trHeight w:val="1368"/>
          <w:jc w:val="center"/>
        </w:trPr>
        <w:tc>
          <w:tcPr>
            <w:tcW w:w="208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62642F1F" w14:textId="77777777">
            <w:r>
              <w:rPr>
                <w:rFonts w:ascii="Aptos" w:hAnsi="Aptos"/>
                <w:b/>
                <w:color w:val="000000"/>
                <w:sz w:val="18"/>
              </w:rPr>
              <w:t>Person 3</w:t>
            </w:r>
          </w:p>
        </w:tc>
        <w:tc>
          <w:tcPr>
            <w:tcW w:w="885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:rsidR="00204B4A" w:rsidRDefault="00DB78DE" w14:paraId="3870B58B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Presenter3"/>
                <w:tag w:val="Presenter3"/>
                <w:id w:val="1349144221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to enter: Name | Title | Organization | Email | Proposed presentation/topic or role | Status</w:t>
                </w:r>
              </w:sdtContent>
            </w:sdt>
          </w:p>
          <w:p w:rsidR="00204B4A" w:rsidRDefault="00204B4A" w14:paraId="56F163F2" w14:textId="77777777">
            <w:pPr>
              <w:spacing w:after="0"/>
            </w:pPr>
          </w:p>
        </w:tc>
      </w:tr>
    </w:tbl>
    <w:p w:rsidR="00204B4A" w:rsidRDefault="00DB78DE" w14:paraId="1DF29605" w14:textId="77777777">
      <w:pPr>
        <w:spacing w:after="100"/>
      </w:pPr>
      <w:r>
        <w:rPr>
          <w:rFonts w:ascii="Aptos" w:hAnsi="Aptos"/>
          <w:i/>
          <w:color w:val="000000"/>
          <w:sz w:val="17"/>
        </w:rPr>
        <w:t>Additional presenters/panelists may be added using the same information fields above.</w:t>
      </w:r>
    </w:p>
    <w:p w:rsidR="00AC4C02" w:rsidRDefault="00AC4C02" w14:paraId="494418AA" w14:textId="77777777">
      <w:pPr>
        <w:spacing w:before="100" w:after="40"/>
        <w:rPr>
          <w:rFonts w:ascii="Aptos" w:hAnsi="Aptos"/>
          <w:b/>
          <w:color w:val="17365D"/>
          <w:sz w:val="26"/>
        </w:rPr>
      </w:pPr>
    </w:p>
    <w:p w:rsidR="00204B4A" w:rsidRDefault="00DB78DE" w14:paraId="7E71F975" w14:textId="194D65B9">
      <w:pPr>
        <w:spacing w:before="100" w:after="40"/>
      </w:pPr>
      <w:r>
        <w:rPr>
          <w:rFonts w:ascii="Aptos" w:hAnsi="Aptos"/>
          <w:b/>
          <w:color w:val="17365D"/>
          <w:sz w:val="26"/>
        </w:rPr>
        <w:t>7. Session Point of Contact</w:t>
      </w:r>
    </w:p>
    <w:p w:rsidR="00204B4A" w:rsidRDefault="00DB78DE" w14:paraId="757BEDD2" w14:textId="77777777">
      <w:pPr>
        <w:spacing w:after="60"/>
      </w:pPr>
      <w:r>
        <w:rPr>
          <w:rFonts w:ascii="Aptos" w:hAnsi="Aptos"/>
          <w:color w:val="000000"/>
          <w:sz w:val="18"/>
        </w:rPr>
        <w:t>Name, organization, email, and phone number for the individual responsible for coordinating with ITE. This could be the moderator/session organizer but does not have to be.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8"/>
        <w:gridCol w:w="8136"/>
      </w:tblGrid>
      <w:tr w:rsidR="00204B4A" w14:paraId="6B22A255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2E5F75EB" w14:textId="77777777">
            <w:r>
              <w:rPr>
                <w:rFonts w:ascii="Aptos" w:hAnsi="Aptos"/>
                <w:b/>
                <w:color w:val="000000"/>
                <w:sz w:val="18"/>
              </w:rPr>
              <w:t>Name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1F3B901D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POC_1"/>
                <w:tag w:val="POC_1"/>
                <w:id w:val="616498508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name.</w:t>
                </w:r>
              </w:sdtContent>
            </w:sdt>
          </w:p>
          <w:p w:rsidR="00204B4A" w:rsidRDefault="00204B4A" w14:paraId="4B1476E9" w14:textId="77777777">
            <w:pPr>
              <w:spacing w:after="0"/>
            </w:pPr>
          </w:p>
        </w:tc>
      </w:tr>
      <w:tr w:rsidR="00204B4A" w14:paraId="27392B32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2ABA80FB" w14:textId="77777777">
            <w:r>
              <w:rPr>
                <w:rFonts w:ascii="Aptos" w:hAnsi="Aptos"/>
                <w:b/>
                <w:color w:val="000000"/>
                <w:sz w:val="18"/>
              </w:rPr>
              <w:t>Organization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4FF2D874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POC_2"/>
                <w:tag w:val="POC_2"/>
                <w:id w:val="-1901205305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organization.</w:t>
                </w:r>
              </w:sdtContent>
            </w:sdt>
          </w:p>
          <w:p w:rsidR="00204B4A" w:rsidRDefault="00204B4A" w14:paraId="3266A79E" w14:textId="77777777">
            <w:pPr>
              <w:spacing w:after="0"/>
            </w:pPr>
          </w:p>
        </w:tc>
      </w:tr>
      <w:tr w:rsidR="00204B4A" w14:paraId="584DC8D0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573AEBFD" w14:textId="77777777">
            <w:r>
              <w:rPr>
                <w:rFonts w:ascii="Aptos" w:hAnsi="Aptos"/>
                <w:b/>
                <w:color w:val="000000"/>
                <w:sz w:val="18"/>
              </w:rPr>
              <w:t>Email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0A7C260D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POC_3"/>
                <w:tag w:val="POC_3"/>
                <w:id w:val="2047025022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email.</w:t>
                </w:r>
              </w:sdtContent>
            </w:sdt>
          </w:p>
          <w:p w:rsidR="00204B4A" w:rsidRDefault="00204B4A" w14:paraId="57CC6BBB" w14:textId="77777777">
            <w:pPr>
              <w:spacing w:after="0"/>
            </w:pPr>
          </w:p>
        </w:tc>
      </w:tr>
      <w:tr w:rsidR="00204B4A" w14:paraId="437F73F1" w14:textId="77777777">
        <w:trPr>
          <w:trHeight w:val="604"/>
          <w:jc w:val="center"/>
        </w:trPr>
        <w:tc>
          <w:tcPr>
            <w:tcW w:w="280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3B1DB246" w14:textId="77777777">
            <w:r>
              <w:rPr>
                <w:rFonts w:ascii="Aptos" w:hAnsi="Aptos"/>
                <w:b/>
                <w:color w:val="000000"/>
                <w:sz w:val="18"/>
              </w:rPr>
              <w:t>Phone number</w:t>
            </w:r>
          </w:p>
        </w:tc>
        <w:tc>
          <w:tcPr>
            <w:tcW w:w="8136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04B4A" w:rsidRDefault="00DB78DE" w14:paraId="7D4CF1AE" w14:textId="77777777">
            <w:pPr>
              <w:spacing w:after="0"/>
            </w:pPr>
            <w:sdt>
              <w:sdtPr>
                <w:rPr>
                  <w:color w:val="000000"/>
                  <w:sz w:val="20"/>
                </w:rPr>
                <w:alias w:val="POC_4"/>
                <w:tag w:val="POC_4"/>
                <w:id w:val="2064525443"/>
                <w:showingPlcHdr/>
              </w:sdtPr>
              <w:sdtEndPr/>
              <w:sdtContent>
                <w:r>
                  <w:rPr>
                    <w:color w:val="666666"/>
                    <w:sz w:val="20"/>
                  </w:rPr>
                  <w:t>Click or tap here to enter phone number.</w:t>
                </w:r>
              </w:sdtContent>
            </w:sdt>
          </w:p>
          <w:p w:rsidR="00204B4A" w:rsidRDefault="00204B4A" w14:paraId="0BE0A0A4" w14:textId="77777777">
            <w:pPr>
              <w:spacing w:after="0"/>
            </w:pPr>
          </w:p>
        </w:tc>
      </w:tr>
    </w:tbl>
    <w:p w:rsidR="00AC4C02" w:rsidRDefault="00AC4C02" w14:paraId="3529A28A" w14:textId="77777777">
      <w:pPr>
        <w:spacing w:before="160" w:after="60"/>
        <w:rPr>
          <w:rFonts w:ascii="Aptos" w:hAnsi="Aptos"/>
          <w:b/>
          <w:color w:val="000000"/>
          <w:sz w:val="26"/>
        </w:rPr>
      </w:pPr>
    </w:p>
    <w:p w:rsidR="00204B4A" w:rsidRDefault="00DB78DE" w14:paraId="0B8FBF84" w14:textId="79044DCD">
      <w:pPr>
        <w:spacing w:before="160" w:after="60"/>
      </w:pPr>
      <w:r>
        <w:rPr>
          <w:rFonts w:ascii="Aptos" w:hAnsi="Aptos"/>
          <w:b/>
          <w:color w:val="000000"/>
          <w:sz w:val="26"/>
        </w:rPr>
        <w:t>8. ITE Journal Publication Consideration</w:t>
      </w:r>
    </w:p>
    <w:p w:rsidR="00204B4A" w:rsidRDefault="00DB78DE" w14:paraId="24B2F210" w14:textId="77777777">
      <w:pPr>
        <w:spacing w:after="80"/>
      </w:pPr>
      <w:r>
        <w:rPr>
          <w:rFonts w:ascii="Aptos" w:hAnsi="Aptos"/>
          <w:color w:val="000000"/>
          <w:sz w:val="19"/>
        </w:rPr>
        <w:t>Would you like for your abstract to be considered for publication in the ITE Journal?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  <w:gridCol w:w="10368"/>
      </w:tblGrid>
      <w:tr w:rsidR="00204B4A" w14:paraId="283598F3" w14:textId="77777777">
        <w:trPr>
          <w:jc w:val="center"/>
        </w:trPr>
        <w:tc>
          <w:tcPr>
            <w:tcW w:w="10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shd w:val="clear" w:color="auto" w:fill="EEEEEE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04B4A" w:rsidRDefault="00DB78DE" w14:paraId="7FFD11BF" w14:textId="77777777">
            <w:r>
              <w:rPr>
                <w:rFonts w:ascii="Aptos" w:hAnsi="Aptos"/>
                <w:b/>
                <w:color w:val="000000"/>
                <w:sz w:val="18"/>
              </w:rPr>
              <w:t>Publication consideration</w:t>
            </w:r>
          </w:p>
        </w:tc>
        <w:tc>
          <w:tcPr>
            <w:tcW w:w="10368" w:type="dxa"/>
            <w:tcBorders>
              <w:top w:val="single" w:color="A6A6A6" w:sz="6" w:space="0"/>
              <w:left w:val="single" w:color="A6A6A6" w:sz="6" w:space="0"/>
              <w:bottom w:val="single" w:color="A6A6A6" w:sz="6" w:space="0"/>
              <w:right w:val="single" w:color="A6A6A6" w:sz="6" w:space="0"/>
            </w:tcBorders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:rsidR="00204B4A" w:rsidRDefault="00AC4C02" w14:paraId="2A9EC699" w14:textId="5A9C382B">
            <w:proofErr w:type="gramStart"/>
            <w:r>
              <w:rPr>
                <w:rFonts w:ascii="Aptos" w:hAnsi="Aptos"/>
                <w:color w:val="000000"/>
                <w:sz w:val="20"/>
              </w:rPr>
              <w:t>( )</w:t>
            </w:r>
            <w:proofErr w:type="gramEnd"/>
            <w:r w:rsidR="00DB78DE">
              <w:rPr>
                <w:rFonts w:ascii="Aptos" w:hAnsi="Aptos"/>
                <w:color w:val="000000"/>
                <w:sz w:val="20"/>
              </w:rPr>
              <w:t xml:space="preserve"> Yes </w:t>
            </w:r>
            <w:proofErr w:type="gramStart"/>
            <w:r w:rsidR="00DB78DE">
              <w:rPr>
                <w:rFonts w:ascii="Aptos" w:hAnsi="Aptos"/>
                <w:color w:val="000000"/>
                <w:sz w:val="20"/>
              </w:rPr>
              <w:t xml:space="preserve">   </w:t>
            </w:r>
            <w:r>
              <w:rPr>
                <w:rFonts w:ascii="Aptos" w:hAnsi="Aptos"/>
                <w:color w:val="000000"/>
                <w:sz w:val="20"/>
              </w:rPr>
              <w:t>(</w:t>
            </w:r>
            <w:proofErr w:type="gramEnd"/>
            <w:r>
              <w:rPr>
                <w:rFonts w:ascii="Aptos" w:hAnsi="Aptos"/>
                <w:color w:val="000000"/>
                <w:sz w:val="20"/>
              </w:rPr>
              <w:t xml:space="preserve"> )</w:t>
            </w:r>
            <w:r w:rsidR="00DB78DE">
              <w:rPr>
                <w:rFonts w:ascii="Aptos" w:hAnsi="Aptos"/>
                <w:color w:val="000000"/>
                <w:sz w:val="20"/>
              </w:rPr>
              <w:t xml:space="preserve"> No</w:t>
            </w:r>
          </w:p>
        </w:tc>
      </w:tr>
    </w:tbl>
    <w:p w:rsidR="00DB78DE" w:rsidRDefault="00DB78DE" w14:paraId="2B39730D" w14:textId="77777777"/>
    <w:sectPr w:rsidR="00DB78DE" w:rsidSect="00034616">
      <w:footerReference w:type="default" r:id="rId9"/>
      <w:pgSz w:w="12240" w:h="15840" w:orient="portrait"/>
      <w:pgMar w:top="792" w:right="936" w:bottom="792" w:left="936" w:header="720" w:footer="720" w:gutter="0"/>
      <w:cols w:space="720"/>
      <w:docGrid w:linePitch="360"/>
      <w:headerReference w:type="default" r:id="R90f3da83e31b44e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78DE" w:rsidRDefault="00DB78DE" w14:paraId="5941BCBF" w14:textId="77777777">
      <w:pPr>
        <w:spacing w:after="0" w:line="240" w:lineRule="auto"/>
      </w:pPr>
      <w:r>
        <w:separator/>
      </w:r>
    </w:p>
  </w:endnote>
  <w:endnote w:type="continuationSeparator" w:id="0">
    <w:p w:rsidR="00DB78DE" w:rsidRDefault="00DB78DE" w14:paraId="058465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4B4A" w:rsidRDefault="00DB78DE" w14:paraId="44929B66" w14:textId="61BDCB8F">
    <w:pPr>
      <w:pStyle w:val="Footer"/>
      <w:jc w:val="center"/>
    </w:pPr>
    <w:r w:rsidRPr="38D4AE8D" w:rsidR="38D4AE8D">
      <w:rPr>
        <w:rFonts w:ascii="Aptos" w:hAnsi="Aptos"/>
        <w:color w:val="555555"/>
        <w:sz w:val="15"/>
        <w:szCs w:val="15"/>
      </w:rPr>
      <w:t xml:space="preserve">2027 </w:t>
    </w:r>
    <w:r w:rsidRPr="38D4AE8D" w:rsidR="38D4AE8D">
      <w:rPr>
        <w:rFonts w:ascii="Aptos" w:hAnsi="Aptos"/>
        <w:color w:val="555555"/>
        <w:sz w:val="15"/>
        <w:szCs w:val="15"/>
      </w:rPr>
      <w:t>ITE Annual Meeting | Full Technical Session Submission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78DE" w:rsidRDefault="00DB78DE" w14:paraId="26F9DD97" w14:textId="77777777">
      <w:pPr>
        <w:spacing w:after="0" w:line="240" w:lineRule="auto"/>
      </w:pPr>
      <w:r>
        <w:separator/>
      </w:r>
    </w:p>
  </w:footnote>
  <w:footnote w:type="continuationSeparator" w:id="0">
    <w:p w:rsidR="00DB78DE" w:rsidRDefault="00DB78DE" w14:paraId="2B1A936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55"/>
      <w:gridCol w:w="3455"/>
      <w:gridCol w:w="3455"/>
    </w:tblGrid>
    <w:tr w:rsidR="38D4AE8D" w:rsidTr="38D4AE8D" w14:paraId="27B4E2D5">
      <w:trPr>
        <w:trHeight w:val="300"/>
      </w:trPr>
      <w:tc>
        <w:tcPr>
          <w:tcW w:w="3455" w:type="dxa"/>
          <w:tcMar/>
        </w:tcPr>
        <w:p w:rsidR="38D4AE8D" w:rsidP="38D4AE8D" w:rsidRDefault="38D4AE8D" w14:paraId="3DE0F1D6" w14:textId="63A54526">
          <w:pPr>
            <w:pStyle w:val="Header"/>
            <w:bidi w:val="0"/>
            <w:ind w:left="-115"/>
            <w:jc w:val="lef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455" w:type="dxa"/>
          <w:tcMar/>
        </w:tcPr>
        <w:p w:rsidR="38D4AE8D" w:rsidP="38D4AE8D" w:rsidRDefault="38D4AE8D" w14:paraId="30A8FA3F" w14:textId="4E077138">
          <w:pPr>
            <w:pStyle w:val="Header"/>
            <w:bidi w:val="0"/>
            <w:jc w:val="center"/>
          </w:pPr>
        </w:p>
      </w:tc>
      <w:tc>
        <w:tcPr>
          <w:tcW w:w="3455" w:type="dxa"/>
          <w:tcMar/>
        </w:tcPr>
        <w:p w:rsidR="38D4AE8D" w:rsidP="38D4AE8D" w:rsidRDefault="38D4AE8D" w14:paraId="0FE962CC" w14:textId="2E7800F8">
          <w:pPr>
            <w:pStyle w:val="Header"/>
            <w:bidi w:val="0"/>
            <w:ind w:right="-115"/>
            <w:jc w:val="right"/>
          </w:pPr>
        </w:p>
      </w:tc>
    </w:tr>
  </w:tbl>
  <w:p w:rsidR="38D4AE8D" w:rsidP="38D4AE8D" w:rsidRDefault="38D4AE8D" w14:paraId="196D4E47" w14:textId="0B28C63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588999567">
    <w:abstractNumId w:val="8"/>
  </w:num>
  <w:num w:numId="2" w16cid:durableId="255595494">
    <w:abstractNumId w:val="6"/>
  </w:num>
  <w:num w:numId="3" w16cid:durableId="1790969587">
    <w:abstractNumId w:val="5"/>
  </w:num>
  <w:num w:numId="4" w16cid:durableId="1114249847">
    <w:abstractNumId w:val="4"/>
  </w:num>
  <w:num w:numId="5" w16cid:durableId="674766528">
    <w:abstractNumId w:val="7"/>
  </w:num>
  <w:num w:numId="6" w16cid:durableId="1071850622">
    <w:abstractNumId w:val="3"/>
  </w:num>
  <w:num w:numId="7" w16cid:durableId="226454924">
    <w:abstractNumId w:val="2"/>
  </w:num>
  <w:num w:numId="8" w16cid:durableId="1558199009">
    <w:abstractNumId w:val="1"/>
  </w:num>
  <w:num w:numId="9" w16cid:durableId="365568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4B4A"/>
    <w:rsid w:val="0029639D"/>
    <w:rsid w:val="00326F90"/>
    <w:rsid w:val="0063458D"/>
    <w:rsid w:val="00AA1D8D"/>
    <w:rsid w:val="00AB464E"/>
    <w:rsid w:val="00AC4C02"/>
    <w:rsid w:val="00B47730"/>
    <w:rsid w:val="00CB0664"/>
    <w:rsid w:val="00DB78DE"/>
    <w:rsid w:val="00E25A69"/>
    <w:rsid w:val="00FC693F"/>
    <w:rsid w:val="38D4AE8D"/>
    <w:rsid w:val="40CBC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C30680"/>
  <w14:defaultImageDpi w14:val="300"/>
  <w15:docId w15:val="{578CA05A-CB7D-40EB-98C8-09E5085B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eader" Target="header.xml" Id="R90f3da83e31b44e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Jacob Estes</lastModifiedBy>
  <revision>4</revision>
  <dcterms:created xsi:type="dcterms:W3CDTF">2026-09-11T18:07:00.0000000Z</dcterms:created>
  <dcterms:modified xsi:type="dcterms:W3CDTF">2026-10-07T17:24:30.0271744Z</dcterms:modified>
  <category/>
</coreProperties>
</file>